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650BD" w14:textId="77777777" w:rsidR="00080FEE" w:rsidRDefault="00000000">
      <w:pPr>
        <w:spacing w:after="40"/>
        <w:jc w:val="center"/>
        <w:rPr>
          <w:lang w:eastAsia="ja-JP"/>
        </w:rPr>
      </w:pPr>
      <w:r>
        <w:rPr>
          <w:b/>
          <w:sz w:val="34"/>
          <w:lang w:eastAsia="ja-JP"/>
        </w:rPr>
        <w:lastRenderedPageBreak/>
        <w:t>別紙2　工事費内訳書</w:t>
      </w:r>
    </w:p>
    <w:p w14:paraId="54244F01" w14:textId="77777777" w:rsidR="00080FEE" w:rsidRDefault="00000000">
      <w:pPr>
        <w:spacing w:after="100"/>
        <w:rPr>
          <w:lang w:eastAsia="ja-JP"/>
        </w:rPr>
      </w:pPr>
      <w:r>
        <w:rPr>
          <w:b/>
          <w:sz w:val="21"/>
          <w:lang w:eastAsia="ja-JP"/>
        </w:rPr>
        <w:t>工事名：特別養護老人ホームやすらぎの里新館 屋上防水改修工事</w:t>
      </w:r>
    </w:p>
    <w:p w14:paraId="0FF7CC3B" w14:textId="77777777" w:rsidR="00080FEE" w:rsidRDefault="00000000">
      <w:pPr>
        <w:spacing w:after="100"/>
        <w:rPr>
          <w:lang w:eastAsia="ja-JP"/>
        </w:rPr>
      </w:pPr>
      <w:r>
        <w:rPr>
          <w:sz w:val="19"/>
          <w:lang w:eastAsia="ja-JP"/>
        </w:rPr>
        <w:t>入札書に添付し、税抜金額で記載してください。</w:t>
      </w:r>
    </w:p>
    <w:tbl>
      <w:tblPr>
        <w:tblStyle w:val="afe"/>
        <w:tblW w:w="10916" w:type="dxa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2131"/>
      </w:tblGrid>
      <w:tr w:rsidR="00080FEE" w14:paraId="760288FC" w14:textId="77777777" w:rsidTr="00111C95">
        <w:trPr>
          <w:cantSplit/>
          <w:tblHeader/>
          <w:jc w:val="center"/>
        </w:trPr>
        <w:tc>
          <w:tcPr>
            <w:tcW w:w="1757" w:type="dxa"/>
            <w:shd w:val="clear" w:color="auto" w:fill="D9EAD3"/>
            <w:vAlign w:val="center"/>
          </w:tcPr>
          <w:p w14:paraId="3062B85E" w14:textId="77777777" w:rsidR="00080FEE" w:rsidRDefault="00000000">
            <w:pPr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757" w:type="dxa"/>
            <w:shd w:val="clear" w:color="auto" w:fill="D9EAD3"/>
            <w:vAlign w:val="center"/>
          </w:tcPr>
          <w:p w14:paraId="5647CC2F" w14:textId="77777777" w:rsidR="00080FEE" w:rsidRDefault="00000000">
            <w:pPr>
              <w:jc w:val="center"/>
            </w:pPr>
            <w:r>
              <w:rPr>
                <w:b/>
                <w:sz w:val="18"/>
              </w:rPr>
              <w:t>工事項目</w:t>
            </w:r>
          </w:p>
        </w:tc>
        <w:tc>
          <w:tcPr>
            <w:tcW w:w="1757" w:type="dxa"/>
            <w:shd w:val="clear" w:color="auto" w:fill="D9EAD3"/>
            <w:vAlign w:val="center"/>
          </w:tcPr>
          <w:p w14:paraId="1B70FF58" w14:textId="77777777" w:rsidR="00080FEE" w:rsidRDefault="00000000">
            <w:pPr>
              <w:jc w:val="center"/>
            </w:pPr>
            <w:r>
              <w:rPr>
                <w:b/>
                <w:sz w:val="18"/>
              </w:rPr>
              <w:t>数量</w:t>
            </w:r>
          </w:p>
        </w:tc>
        <w:tc>
          <w:tcPr>
            <w:tcW w:w="1757" w:type="dxa"/>
            <w:shd w:val="clear" w:color="auto" w:fill="D9EAD3"/>
            <w:vAlign w:val="center"/>
          </w:tcPr>
          <w:p w14:paraId="59008565" w14:textId="77777777" w:rsidR="00080FEE" w:rsidRDefault="00000000">
            <w:pPr>
              <w:jc w:val="center"/>
            </w:pPr>
            <w:r>
              <w:rPr>
                <w:b/>
                <w:sz w:val="18"/>
              </w:rPr>
              <w:t>単位</w:t>
            </w:r>
          </w:p>
        </w:tc>
        <w:tc>
          <w:tcPr>
            <w:tcW w:w="1757" w:type="dxa"/>
            <w:shd w:val="clear" w:color="auto" w:fill="D9EAD3"/>
            <w:vAlign w:val="center"/>
          </w:tcPr>
          <w:p w14:paraId="040A56E7" w14:textId="77777777" w:rsidR="00080FEE" w:rsidRDefault="00000000">
            <w:pPr>
              <w:jc w:val="center"/>
            </w:pPr>
            <w:r>
              <w:rPr>
                <w:b/>
                <w:sz w:val="18"/>
              </w:rPr>
              <w:t>単価（円）</w:t>
            </w:r>
          </w:p>
        </w:tc>
        <w:tc>
          <w:tcPr>
            <w:tcW w:w="2131" w:type="dxa"/>
            <w:shd w:val="clear" w:color="auto" w:fill="D9EAD3"/>
            <w:vAlign w:val="center"/>
          </w:tcPr>
          <w:p w14:paraId="1BB47BEA" w14:textId="77777777" w:rsidR="00080FEE" w:rsidRDefault="00000000">
            <w:pPr>
              <w:jc w:val="center"/>
            </w:pPr>
            <w:r>
              <w:rPr>
                <w:b/>
                <w:sz w:val="18"/>
              </w:rPr>
              <w:t>金額（円）</w:t>
            </w:r>
          </w:p>
        </w:tc>
      </w:tr>
      <w:tr w:rsidR="00080FEE" w14:paraId="52C00A6A" w14:textId="77777777" w:rsidTr="00111C95">
        <w:trPr>
          <w:cantSplit/>
          <w:jc w:val="center"/>
        </w:trPr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A4E289A" w14:textId="77777777" w:rsidR="00080FEE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3787BEF" w14:textId="77777777" w:rsidR="00080FEE" w:rsidRDefault="00000000">
            <w:pPr>
              <w:rPr>
                <w:lang w:eastAsia="ja-JP"/>
              </w:rPr>
            </w:pPr>
            <w:r>
              <w:rPr>
                <w:sz w:val="17"/>
                <w:lang w:eastAsia="ja-JP"/>
              </w:rPr>
              <w:t>昇降足場・材料置場ステージ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0372716" w14:textId="77777777" w:rsidR="00080FE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EE357BA" w14:textId="77777777" w:rsidR="00080FEE" w:rsidRDefault="00000000">
            <w:pPr>
              <w:jc w:val="center"/>
            </w:pPr>
            <w:r>
              <w:rPr>
                <w:sz w:val="17"/>
              </w:rPr>
              <w:t>基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2A94128" w14:textId="77777777" w:rsidR="00080FEE" w:rsidRDefault="00080FEE"/>
        </w:tc>
        <w:tc>
          <w:tcPr>
            <w:tcW w:w="2131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235530F" w14:textId="77777777" w:rsidR="00080FEE" w:rsidRDefault="00080FEE"/>
        </w:tc>
      </w:tr>
      <w:tr w:rsidR="00080FEE" w14:paraId="7827DA0A" w14:textId="77777777" w:rsidTr="00111C95">
        <w:trPr>
          <w:cantSplit/>
          <w:jc w:val="center"/>
        </w:trPr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C5C658B" w14:textId="77777777" w:rsidR="00080FEE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FB05897" w14:textId="77777777" w:rsidR="00080FEE" w:rsidRDefault="00000000">
            <w:r>
              <w:rPr>
                <w:sz w:val="17"/>
              </w:rPr>
              <w:t>親綱等安全設備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B43838D" w14:textId="77777777" w:rsidR="00080FEE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81AAB3D" w14:textId="77777777" w:rsidR="00080FEE" w:rsidRDefault="00000000">
            <w:pPr>
              <w:jc w:val="center"/>
            </w:pPr>
            <w:r>
              <w:rPr>
                <w:sz w:val="17"/>
              </w:rPr>
              <w:t>式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2281608" w14:textId="77777777" w:rsidR="00080FEE" w:rsidRDefault="00080FEE"/>
        </w:tc>
        <w:tc>
          <w:tcPr>
            <w:tcW w:w="2131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6E206B4" w14:textId="77777777" w:rsidR="00080FEE" w:rsidRDefault="00080FEE"/>
        </w:tc>
      </w:tr>
      <w:tr w:rsidR="00080FEE" w14:paraId="025899AC" w14:textId="77777777" w:rsidTr="00111C95">
        <w:trPr>
          <w:cantSplit/>
          <w:jc w:val="center"/>
        </w:trPr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BE4A9BF" w14:textId="77777777" w:rsidR="00080FEE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E50BE74" w14:textId="77777777" w:rsidR="00080FEE" w:rsidRDefault="00000000">
            <w:r>
              <w:rPr>
                <w:sz w:val="17"/>
              </w:rPr>
              <w:t>高圧洗浄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AA75F93" w14:textId="77777777" w:rsidR="00080FEE" w:rsidRDefault="00000000">
            <w:pPr>
              <w:jc w:val="center"/>
            </w:pPr>
            <w:r>
              <w:rPr>
                <w:sz w:val="17"/>
              </w:rPr>
              <w:t>1,506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20A78ED" w14:textId="77777777" w:rsidR="00080FEE" w:rsidRDefault="00000000">
            <w:pPr>
              <w:jc w:val="center"/>
            </w:pPr>
            <w:r>
              <w:rPr>
                <w:sz w:val="17"/>
              </w:rPr>
              <w:t>㎡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6CDCC93" w14:textId="77777777" w:rsidR="00080FEE" w:rsidRDefault="00080FEE"/>
        </w:tc>
        <w:tc>
          <w:tcPr>
            <w:tcW w:w="2131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02E1141" w14:textId="77777777" w:rsidR="00080FEE" w:rsidRDefault="00080FEE"/>
        </w:tc>
      </w:tr>
      <w:tr w:rsidR="00080FEE" w14:paraId="2C556933" w14:textId="77777777" w:rsidTr="00111C95">
        <w:trPr>
          <w:cantSplit/>
          <w:jc w:val="center"/>
        </w:trPr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C0C11A9" w14:textId="77777777" w:rsidR="00080FEE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60E4EC3" w14:textId="77777777" w:rsidR="00080FEE" w:rsidRDefault="00000000">
            <w:r>
              <w:rPr>
                <w:sz w:val="17"/>
              </w:rPr>
              <w:t>下地補修・部分撤去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DF04247" w14:textId="77777777" w:rsidR="00080FEE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52B7F2A" w14:textId="77777777" w:rsidR="00080FEE" w:rsidRDefault="00000000">
            <w:pPr>
              <w:jc w:val="center"/>
            </w:pPr>
            <w:r>
              <w:rPr>
                <w:sz w:val="17"/>
              </w:rPr>
              <w:t>式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0BA367D" w14:textId="77777777" w:rsidR="00080FEE" w:rsidRDefault="00080FEE"/>
        </w:tc>
        <w:tc>
          <w:tcPr>
            <w:tcW w:w="2131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2C93725" w14:textId="77777777" w:rsidR="00080FEE" w:rsidRDefault="00080FEE"/>
        </w:tc>
      </w:tr>
      <w:tr w:rsidR="00080FEE" w14:paraId="5C1A2D78" w14:textId="77777777" w:rsidTr="00111C95">
        <w:trPr>
          <w:cantSplit/>
          <w:jc w:val="center"/>
        </w:trPr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3B18C96" w14:textId="77777777" w:rsidR="00080FEE" w:rsidRDefault="00000000">
            <w:pPr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D6B4623" w14:textId="77777777" w:rsidR="00080FEE" w:rsidRDefault="00000000">
            <w:r>
              <w:rPr>
                <w:sz w:val="17"/>
              </w:rPr>
              <w:t>プライマー塗布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76E78EC" w14:textId="77777777" w:rsidR="00080FEE" w:rsidRDefault="00000000">
            <w:pPr>
              <w:jc w:val="center"/>
            </w:pPr>
            <w:r>
              <w:rPr>
                <w:sz w:val="17"/>
              </w:rPr>
              <w:t>1,326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4219ECC" w14:textId="77777777" w:rsidR="00080FEE" w:rsidRDefault="00000000">
            <w:pPr>
              <w:jc w:val="center"/>
            </w:pPr>
            <w:r>
              <w:rPr>
                <w:sz w:val="17"/>
              </w:rPr>
              <w:t>㎡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8D5C045" w14:textId="77777777" w:rsidR="00080FEE" w:rsidRDefault="00080FEE"/>
        </w:tc>
        <w:tc>
          <w:tcPr>
            <w:tcW w:w="2131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B3DC779" w14:textId="77777777" w:rsidR="00080FEE" w:rsidRDefault="00080FEE"/>
        </w:tc>
      </w:tr>
      <w:tr w:rsidR="00080FEE" w14:paraId="01DF7781" w14:textId="77777777" w:rsidTr="00111C95">
        <w:trPr>
          <w:cantSplit/>
          <w:jc w:val="center"/>
        </w:trPr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34F3D7E" w14:textId="77777777" w:rsidR="00080FEE" w:rsidRDefault="00000000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1F6F000" w14:textId="77777777" w:rsidR="00080FEE" w:rsidRDefault="00000000">
            <w:r>
              <w:rPr>
                <w:sz w:val="17"/>
              </w:rPr>
              <w:t>通気緩衝シート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9621920" w14:textId="77777777" w:rsidR="00080FEE" w:rsidRDefault="00000000">
            <w:pPr>
              <w:jc w:val="center"/>
            </w:pPr>
            <w:r>
              <w:rPr>
                <w:sz w:val="17"/>
              </w:rPr>
              <w:t>1,188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36AB466" w14:textId="77777777" w:rsidR="00080FEE" w:rsidRDefault="00000000">
            <w:pPr>
              <w:jc w:val="center"/>
            </w:pPr>
            <w:r>
              <w:rPr>
                <w:sz w:val="17"/>
              </w:rPr>
              <w:t>㎡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F976361" w14:textId="77777777" w:rsidR="00080FEE" w:rsidRDefault="00080FEE"/>
        </w:tc>
        <w:tc>
          <w:tcPr>
            <w:tcW w:w="2131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DCC4E2A" w14:textId="77777777" w:rsidR="00080FEE" w:rsidRDefault="00080FEE"/>
        </w:tc>
      </w:tr>
      <w:tr w:rsidR="00080FEE" w14:paraId="57469186" w14:textId="77777777" w:rsidTr="00111C95">
        <w:trPr>
          <w:cantSplit/>
          <w:jc w:val="center"/>
        </w:trPr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4F845F5" w14:textId="77777777" w:rsidR="00080FEE" w:rsidRDefault="00000000">
            <w:pPr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3A0CDC0" w14:textId="77777777" w:rsidR="00080FEE" w:rsidRDefault="00000000">
            <w:pPr>
              <w:rPr>
                <w:lang w:eastAsia="ja-JP"/>
              </w:rPr>
            </w:pPr>
            <w:r>
              <w:rPr>
                <w:sz w:val="17"/>
                <w:lang w:eastAsia="ja-JP"/>
              </w:rPr>
              <w:t>ウレタン塗膜防水1層目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B02385B" w14:textId="77777777" w:rsidR="00080FEE" w:rsidRDefault="00000000">
            <w:pPr>
              <w:jc w:val="center"/>
            </w:pPr>
            <w:r>
              <w:rPr>
                <w:sz w:val="17"/>
              </w:rPr>
              <w:t>1,326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F38F3C5" w14:textId="77777777" w:rsidR="00080FEE" w:rsidRDefault="00000000">
            <w:pPr>
              <w:jc w:val="center"/>
            </w:pPr>
            <w:r>
              <w:rPr>
                <w:sz w:val="17"/>
              </w:rPr>
              <w:t>㎡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6EC9804" w14:textId="77777777" w:rsidR="00080FEE" w:rsidRDefault="00080FEE"/>
        </w:tc>
        <w:tc>
          <w:tcPr>
            <w:tcW w:w="2131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D90CE49" w14:textId="77777777" w:rsidR="00080FEE" w:rsidRDefault="00080FEE"/>
        </w:tc>
      </w:tr>
      <w:tr w:rsidR="00080FEE" w14:paraId="2A17FA2E" w14:textId="77777777" w:rsidTr="00111C95">
        <w:trPr>
          <w:cantSplit/>
          <w:jc w:val="center"/>
        </w:trPr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94994B3" w14:textId="77777777" w:rsidR="00080FEE" w:rsidRDefault="00000000">
            <w:pPr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6DA7AC2" w14:textId="77777777" w:rsidR="00080FEE" w:rsidRDefault="00000000">
            <w:pPr>
              <w:rPr>
                <w:lang w:eastAsia="ja-JP"/>
              </w:rPr>
            </w:pPr>
            <w:r>
              <w:rPr>
                <w:sz w:val="17"/>
                <w:lang w:eastAsia="ja-JP"/>
              </w:rPr>
              <w:t>ウレタン塗膜防水2層目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6A43540" w14:textId="77777777" w:rsidR="00080FEE" w:rsidRDefault="00000000">
            <w:pPr>
              <w:jc w:val="center"/>
            </w:pPr>
            <w:r>
              <w:rPr>
                <w:sz w:val="17"/>
              </w:rPr>
              <w:t>1,326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49BAAC0" w14:textId="77777777" w:rsidR="00080FEE" w:rsidRDefault="00000000">
            <w:pPr>
              <w:jc w:val="center"/>
            </w:pPr>
            <w:r>
              <w:rPr>
                <w:sz w:val="17"/>
              </w:rPr>
              <w:t>㎡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2F23AB3" w14:textId="77777777" w:rsidR="00080FEE" w:rsidRDefault="00080FEE"/>
        </w:tc>
        <w:tc>
          <w:tcPr>
            <w:tcW w:w="2131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1C2D2A7" w14:textId="77777777" w:rsidR="00080FEE" w:rsidRDefault="00080FEE"/>
        </w:tc>
      </w:tr>
      <w:tr w:rsidR="00080FEE" w14:paraId="10CE2C51" w14:textId="77777777" w:rsidTr="00111C95">
        <w:trPr>
          <w:cantSplit/>
          <w:jc w:val="center"/>
        </w:trPr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4E58250" w14:textId="77777777" w:rsidR="00080FEE" w:rsidRDefault="00000000">
            <w:pPr>
              <w:jc w:val="center"/>
            </w:pPr>
            <w:r>
              <w:rPr>
                <w:sz w:val="17"/>
              </w:rPr>
              <w:t>9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3C53279" w14:textId="77777777" w:rsidR="00080FEE" w:rsidRDefault="00000000">
            <w:r>
              <w:rPr>
                <w:sz w:val="17"/>
              </w:rPr>
              <w:t>屋上トップコート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F2E05BA" w14:textId="77777777" w:rsidR="00080FEE" w:rsidRDefault="00000000">
            <w:pPr>
              <w:jc w:val="center"/>
            </w:pPr>
            <w:r>
              <w:rPr>
                <w:sz w:val="17"/>
              </w:rPr>
              <w:t>1,326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39E8C23" w14:textId="77777777" w:rsidR="00080FEE" w:rsidRDefault="00000000">
            <w:pPr>
              <w:jc w:val="center"/>
            </w:pPr>
            <w:r>
              <w:rPr>
                <w:sz w:val="17"/>
              </w:rPr>
              <w:t>㎡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472CCD7" w14:textId="77777777" w:rsidR="00080FEE" w:rsidRDefault="00080FEE"/>
        </w:tc>
        <w:tc>
          <w:tcPr>
            <w:tcW w:w="2131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32941CC" w14:textId="77777777" w:rsidR="00080FEE" w:rsidRDefault="00080FEE"/>
        </w:tc>
      </w:tr>
      <w:tr w:rsidR="00080FEE" w14:paraId="14157A34" w14:textId="77777777" w:rsidTr="00111C95">
        <w:trPr>
          <w:cantSplit/>
          <w:jc w:val="center"/>
        </w:trPr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086E6FB" w14:textId="77777777" w:rsidR="00080FEE" w:rsidRDefault="00000000">
            <w:pPr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25816EE" w14:textId="77777777" w:rsidR="00080FEE" w:rsidRDefault="00000000">
            <w:pPr>
              <w:rPr>
                <w:lang w:eastAsia="ja-JP"/>
              </w:rPr>
            </w:pPr>
            <w:r>
              <w:rPr>
                <w:sz w:val="17"/>
                <w:lang w:eastAsia="ja-JP"/>
              </w:rPr>
              <w:t>バルコニートップコート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87489F1" w14:textId="77777777" w:rsidR="00080FEE" w:rsidRDefault="00000000">
            <w:pPr>
              <w:jc w:val="center"/>
            </w:pPr>
            <w:r>
              <w:rPr>
                <w:sz w:val="17"/>
              </w:rPr>
              <w:t>180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9DCC874" w14:textId="77777777" w:rsidR="00080FEE" w:rsidRDefault="00000000">
            <w:pPr>
              <w:jc w:val="center"/>
            </w:pPr>
            <w:r>
              <w:rPr>
                <w:sz w:val="17"/>
              </w:rPr>
              <w:t>㎡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602E52F" w14:textId="77777777" w:rsidR="00080FEE" w:rsidRDefault="00080FEE"/>
        </w:tc>
        <w:tc>
          <w:tcPr>
            <w:tcW w:w="2131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81EE3C9" w14:textId="77777777" w:rsidR="00080FEE" w:rsidRDefault="00080FEE"/>
        </w:tc>
      </w:tr>
      <w:tr w:rsidR="00080FEE" w14:paraId="3DAA75D7" w14:textId="77777777" w:rsidTr="00111C95">
        <w:trPr>
          <w:cantSplit/>
          <w:jc w:val="center"/>
        </w:trPr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6FDCAC0" w14:textId="77777777" w:rsidR="00080FEE" w:rsidRDefault="00000000">
            <w:pPr>
              <w:jc w:val="center"/>
            </w:pPr>
            <w:r>
              <w:rPr>
                <w:sz w:val="17"/>
              </w:rPr>
              <w:t>11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157E186" w14:textId="77777777" w:rsidR="00080FEE" w:rsidRDefault="00000000">
            <w:r>
              <w:rPr>
                <w:sz w:val="17"/>
              </w:rPr>
              <w:t>改修用ドレン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37386E1" w14:textId="77777777" w:rsidR="00080FEE" w:rsidRDefault="00000000">
            <w:pPr>
              <w:jc w:val="center"/>
            </w:pPr>
            <w:r>
              <w:rPr>
                <w:sz w:val="17"/>
              </w:rPr>
              <w:t>16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20A3E3B" w14:textId="77777777" w:rsidR="00080FEE" w:rsidRDefault="00000000">
            <w:pPr>
              <w:jc w:val="center"/>
            </w:pPr>
            <w:r>
              <w:rPr>
                <w:sz w:val="17"/>
              </w:rPr>
              <w:t>箇所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E0224C5" w14:textId="77777777" w:rsidR="00080FEE" w:rsidRDefault="00080FEE"/>
        </w:tc>
        <w:tc>
          <w:tcPr>
            <w:tcW w:w="2131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3494A0B" w14:textId="77777777" w:rsidR="00080FEE" w:rsidRDefault="00080FEE"/>
        </w:tc>
      </w:tr>
      <w:tr w:rsidR="00080FEE" w14:paraId="7774986D" w14:textId="77777777" w:rsidTr="00111C95">
        <w:trPr>
          <w:cantSplit/>
          <w:jc w:val="center"/>
        </w:trPr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F779DE2" w14:textId="77777777" w:rsidR="00080FEE" w:rsidRDefault="00000000">
            <w:pPr>
              <w:jc w:val="center"/>
            </w:pPr>
            <w:r>
              <w:rPr>
                <w:sz w:val="17"/>
              </w:rPr>
              <w:t>12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AF0CCB4" w14:textId="77777777" w:rsidR="00080FEE" w:rsidRDefault="00000000">
            <w:pPr>
              <w:rPr>
                <w:lang w:eastAsia="ja-JP"/>
              </w:rPr>
            </w:pPr>
            <w:r>
              <w:rPr>
                <w:sz w:val="17"/>
                <w:lang w:eastAsia="ja-JP"/>
              </w:rPr>
              <w:t>脱気筒（ステンレス製）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2E9FAEB" w14:textId="77777777" w:rsidR="00080FEE" w:rsidRDefault="00000000">
            <w:pPr>
              <w:jc w:val="center"/>
            </w:pPr>
            <w:r>
              <w:rPr>
                <w:sz w:val="17"/>
              </w:rPr>
              <w:t>12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54BE7EF" w14:textId="77777777" w:rsidR="00080FEE" w:rsidRDefault="00000000">
            <w:pPr>
              <w:jc w:val="center"/>
            </w:pPr>
            <w:r>
              <w:rPr>
                <w:sz w:val="17"/>
              </w:rPr>
              <w:t>箇所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C0D7824" w14:textId="77777777" w:rsidR="00080FEE" w:rsidRDefault="00080FEE"/>
        </w:tc>
        <w:tc>
          <w:tcPr>
            <w:tcW w:w="2131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BC6DF62" w14:textId="77777777" w:rsidR="00080FEE" w:rsidRDefault="00080FEE"/>
        </w:tc>
      </w:tr>
      <w:tr w:rsidR="00080FEE" w14:paraId="69EF2B42" w14:textId="77777777" w:rsidTr="00111C95">
        <w:trPr>
          <w:cantSplit/>
          <w:jc w:val="center"/>
        </w:trPr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F088808" w14:textId="77777777" w:rsidR="00080FEE" w:rsidRDefault="00000000">
            <w:pPr>
              <w:jc w:val="center"/>
            </w:pPr>
            <w:r>
              <w:rPr>
                <w:sz w:val="17"/>
              </w:rPr>
              <w:t>13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5576D41" w14:textId="77777777" w:rsidR="00080FEE" w:rsidRDefault="00000000">
            <w:r>
              <w:rPr>
                <w:sz w:val="17"/>
              </w:rPr>
              <w:t>端末・取合い処理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60721FD" w14:textId="77777777" w:rsidR="00080FEE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AAFDCC5" w14:textId="77777777" w:rsidR="00080FEE" w:rsidRDefault="00000000">
            <w:pPr>
              <w:jc w:val="center"/>
            </w:pPr>
            <w:r>
              <w:rPr>
                <w:sz w:val="17"/>
              </w:rPr>
              <w:t>式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7B5670D" w14:textId="77777777" w:rsidR="00080FEE" w:rsidRDefault="00080FEE"/>
        </w:tc>
        <w:tc>
          <w:tcPr>
            <w:tcW w:w="2131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53F56BC" w14:textId="77777777" w:rsidR="00080FEE" w:rsidRDefault="00080FEE"/>
        </w:tc>
      </w:tr>
      <w:tr w:rsidR="00080FEE" w14:paraId="34C34EE2" w14:textId="77777777" w:rsidTr="00111C95">
        <w:trPr>
          <w:cantSplit/>
          <w:jc w:val="center"/>
        </w:trPr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75B6F53" w14:textId="77777777" w:rsidR="00080FEE" w:rsidRDefault="00000000">
            <w:pPr>
              <w:jc w:val="center"/>
            </w:pPr>
            <w:r>
              <w:rPr>
                <w:sz w:val="17"/>
              </w:rPr>
              <w:t>14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9CA8FA8" w14:textId="77777777" w:rsidR="00080FEE" w:rsidRDefault="00000000">
            <w:pPr>
              <w:rPr>
                <w:lang w:eastAsia="ja-JP"/>
              </w:rPr>
            </w:pPr>
            <w:r>
              <w:rPr>
                <w:sz w:val="17"/>
                <w:lang w:eastAsia="ja-JP"/>
              </w:rPr>
              <w:t>廃材処分・雑補修・清掃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AF5E4F7" w14:textId="77777777" w:rsidR="00080FEE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65DB5C4" w14:textId="77777777" w:rsidR="00080FEE" w:rsidRDefault="00000000">
            <w:pPr>
              <w:jc w:val="center"/>
            </w:pPr>
            <w:r>
              <w:rPr>
                <w:sz w:val="17"/>
              </w:rPr>
              <w:t>式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412F877" w14:textId="77777777" w:rsidR="00080FEE" w:rsidRDefault="00080FEE"/>
        </w:tc>
        <w:tc>
          <w:tcPr>
            <w:tcW w:w="2131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6D2EC63" w14:textId="77777777" w:rsidR="00080FEE" w:rsidRDefault="00080FEE"/>
        </w:tc>
      </w:tr>
      <w:tr w:rsidR="00080FEE" w14:paraId="3399DAFD" w14:textId="77777777" w:rsidTr="00111C95">
        <w:trPr>
          <w:cantSplit/>
          <w:jc w:val="center"/>
        </w:trPr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3B6016D" w14:textId="77777777" w:rsidR="00080FEE" w:rsidRDefault="00000000">
            <w:pPr>
              <w:jc w:val="center"/>
            </w:pPr>
            <w:r>
              <w:rPr>
                <w:sz w:val="17"/>
              </w:rPr>
              <w:t>15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8619DD2" w14:textId="77777777" w:rsidR="00080FEE" w:rsidRDefault="00000000">
            <w:pPr>
              <w:rPr>
                <w:lang w:eastAsia="ja-JP"/>
              </w:rPr>
            </w:pPr>
            <w:r>
              <w:rPr>
                <w:sz w:val="17"/>
                <w:lang w:eastAsia="ja-JP"/>
              </w:rPr>
              <w:t>現場管理費・一般管理費等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3F0585C" w14:textId="77777777" w:rsidR="00080FEE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67A7773" w14:textId="77777777" w:rsidR="00080FEE" w:rsidRDefault="00000000">
            <w:pPr>
              <w:jc w:val="center"/>
            </w:pPr>
            <w:r>
              <w:rPr>
                <w:sz w:val="17"/>
              </w:rPr>
              <w:t>式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34528D5" w14:textId="77777777" w:rsidR="00080FEE" w:rsidRDefault="00080FEE"/>
        </w:tc>
        <w:tc>
          <w:tcPr>
            <w:tcW w:w="2131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F3C33BE" w14:textId="77777777" w:rsidR="00080FEE" w:rsidRDefault="00080FEE"/>
        </w:tc>
      </w:tr>
      <w:tr w:rsidR="00080FEE" w14:paraId="49384140" w14:textId="77777777" w:rsidTr="00111C95">
        <w:trPr>
          <w:cantSplit/>
          <w:jc w:val="center"/>
        </w:trPr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072E305" w14:textId="77777777" w:rsidR="00080FEE" w:rsidRDefault="00000000">
            <w:pPr>
              <w:jc w:val="center"/>
            </w:pPr>
            <w:r>
              <w:rPr>
                <w:sz w:val="17"/>
              </w:rPr>
              <w:t>16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27BF8C1" w14:textId="77777777" w:rsidR="00080FEE" w:rsidRDefault="00000000">
            <w:r>
              <w:rPr>
                <w:sz w:val="17"/>
              </w:rPr>
              <w:t>法定福利費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902D7F6" w14:textId="77777777" w:rsidR="00080FEE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D23B5A8" w14:textId="77777777" w:rsidR="00080FEE" w:rsidRDefault="00000000">
            <w:pPr>
              <w:jc w:val="center"/>
            </w:pPr>
            <w:r>
              <w:rPr>
                <w:sz w:val="17"/>
              </w:rPr>
              <w:t>式</w:t>
            </w:r>
          </w:p>
        </w:tc>
        <w:tc>
          <w:tcPr>
            <w:tcW w:w="1757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DFCDE34" w14:textId="77777777" w:rsidR="00080FEE" w:rsidRDefault="00080FEE"/>
        </w:tc>
        <w:tc>
          <w:tcPr>
            <w:tcW w:w="2131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8E52138" w14:textId="77777777" w:rsidR="00080FEE" w:rsidRDefault="00080FEE"/>
        </w:tc>
      </w:tr>
      <w:tr w:rsidR="00080FEE" w14:paraId="39657BF1" w14:textId="77777777" w:rsidTr="00111C95">
        <w:trPr>
          <w:cantSplit/>
          <w:trHeight w:val="516"/>
          <w:jc w:val="center"/>
        </w:trPr>
        <w:tc>
          <w:tcPr>
            <w:tcW w:w="8785" w:type="dxa"/>
            <w:gridSpan w:val="5"/>
            <w:shd w:val="clear" w:color="auto" w:fill="FFF2CC"/>
            <w:vAlign w:val="center"/>
          </w:tcPr>
          <w:p w14:paraId="0E2C2146" w14:textId="77777777" w:rsidR="00080FEE" w:rsidRDefault="00000000">
            <w:pPr>
              <w:jc w:val="right"/>
            </w:pPr>
            <w:proofErr w:type="spellStart"/>
            <w:r>
              <w:rPr>
                <w:b/>
                <w:sz w:val="18"/>
              </w:rPr>
              <w:t>工事価格（税抜</w:t>
            </w:r>
            <w:proofErr w:type="spellEnd"/>
            <w:r>
              <w:rPr>
                <w:b/>
                <w:sz w:val="18"/>
              </w:rPr>
              <w:t>）</w:t>
            </w:r>
          </w:p>
        </w:tc>
        <w:tc>
          <w:tcPr>
            <w:tcW w:w="2131" w:type="dxa"/>
            <w:shd w:val="clear" w:color="auto" w:fill="FFF2CC"/>
            <w:vAlign w:val="center"/>
          </w:tcPr>
          <w:p w14:paraId="4E0538EB" w14:textId="77777777" w:rsidR="00080FEE" w:rsidRDefault="00000000">
            <w:pPr>
              <w:jc w:val="right"/>
            </w:pPr>
            <w:r>
              <w:rPr>
                <w:b/>
                <w:sz w:val="18"/>
              </w:rPr>
              <w:t>円</w:t>
            </w:r>
          </w:p>
        </w:tc>
      </w:tr>
      <w:tr w:rsidR="00080FEE" w14:paraId="2762CC59" w14:textId="77777777" w:rsidTr="00111C95">
        <w:trPr>
          <w:cantSplit/>
          <w:trHeight w:val="552"/>
          <w:jc w:val="center"/>
        </w:trPr>
        <w:tc>
          <w:tcPr>
            <w:tcW w:w="8785" w:type="dxa"/>
            <w:gridSpan w:val="5"/>
            <w:vAlign w:val="center"/>
          </w:tcPr>
          <w:p w14:paraId="0550ADF6" w14:textId="77777777" w:rsidR="00080FEE" w:rsidRDefault="00000000">
            <w:pPr>
              <w:jc w:val="right"/>
              <w:rPr>
                <w:lang w:eastAsia="ja-JP"/>
              </w:rPr>
            </w:pPr>
            <w:r>
              <w:rPr>
                <w:sz w:val="18"/>
                <w:lang w:eastAsia="ja-JP"/>
              </w:rPr>
              <w:t>消費税及び地方消費税</w:t>
            </w:r>
          </w:p>
        </w:tc>
        <w:tc>
          <w:tcPr>
            <w:tcW w:w="2131" w:type="dxa"/>
            <w:vAlign w:val="center"/>
          </w:tcPr>
          <w:p w14:paraId="032E6EF1" w14:textId="77777777" w:rsidR="00080FEE" w:rsidRDefault="00000000">
            <w:pPr>
              <w:jc w:val="right"/>
            </w:pPr>
            <w:r>
              <w:rPr>
                <w:sz w:val="18"/>
              </w:rPr>
              <w:t>円</w:t>
            </w:r>
          </w:p>
        </w:tc>
      </w:tr>
      <w:tr w:rsidR="00080FEE" w14:paraId="12FA4D6F" w14:textId="77777777" w:rsidTr="00111C95">
        <w:trPr>
          <w:cantSplit/>
          <w:trHeight w:val="556"/>
          <w:jc w:val="center"/>
        </w:trPr>
        <w:tc>
          <w:tcPr>
            <w:tcW w:w="8785" w:type="dxa"/>
            <w:gridSpan w:val="5"/>
            <w:vAlign w:val="center"/>
          </w:tcPr>
          <w:p w14:paraId="1446400A" w14:textId="77777777" w:rsidR="00080FEE" w:rsidRDefault="00000000">
            <w:pPr>
              <w:jc w:val="right"/>
            </w:pPr>
            <w:proofErr w:type="spellStart"/>
            <w:r>
              <w:rPr>
                <w:sz w:val="18"/>
              </w:rPr>
              <w:t>参考：契約予定額（税込</w:t>
            </w:r>
            <w:proofErr w:type="spellEnd"/>
            <w:r>
              <w:rPr>
                <w:sz w:val="18"/>
              </w:rPr>
              <w:t>）</w:t>
            </w:r>
          </w:p>
        </w:tc>
        <w:tc>
          <w:tcPr>
            <w:tcW w:w="2131" w:type="dxa"/>
            <w:vAlign w:val="center"/>
          </w:tcPr>
          <w:p w14:paraId="6613719C" w14:textId="77777777" w:rsidR="00080FEE" w:rsidRDefault="00000000">
            <w:pPr>
              <w:jc w:val="right"/>
            </w:pPr>
            <w:r>
              <w:rPr>
                <w:sz w:val="18"/>
              </w:rPr>
              <w:t>円</w:t>
            </w:r>
          </w:p>
        </w:tc>
      </w:tr>
    </w:tbl>
    <w:p w14:paraId="2779540C" w14:textId="77777777" w:rsidR="00080FEE" w:rsidRPr="00111C95" w:rsidRDefault="00000000">
      <w:pPr>
        <w:spacing w:before="100" w:after="40"/>
        <w:rPr>
          <w:sz w:val="28"/>
          <w:szCs w:val="28"/>
          <w:lang w:eastAsia="ja-JP"/>
        </w:rPr>
      </w:pPr>
      <w:r w:rsidRPr="00111C95">
        <w:rPr>
          <w:b/>
          <w:sz w:val="28"/>
          <w:szCs w:val="28"/>
          <w:lang w:eastAsia="ja-JP"/>
        </w:rPr>
        <w:t>商号又は名称：</w:t>
      </w:r>
      <w:r w:rsidRPr="00111C95">
        <w:rPr>
          <w:sz w:val="28"/>
          <w:szCs w:val="28"/>
          <w:lang w:eastAsia="ja-JP"/>
        </w:rPr>
        <w:t xml:space="preserve">　　　　　　　　　　　　　　　　　　　　　　　　　</w:t>
      </w:r>
    </w:p>
    <w:p w14:paraId="749A1717" w14:textId="71CC45AC" w:rsidR="00080FEE" w:rsidRPr="00111C95" w:rsidRDefault="00000000">
      <w:pPr>
        <w:spacing w:after="80"/>
        <w:rPr>
          <w:sz w:val="28"/>
          <w:szCs w:val="28"/>
          <w:lang w:eastAsia="ja-JP"/>
        </w:rPr>
      </w:pPr>
      <w:r w:rsidRPr="00111C95">
        <w:rPr>
          <w:b/>
          <w:sz w:val="28"/>
          <w:szCs w:val="28"/>
          <w:lang w:eastAsia="ja-JP"/>
        </w:rPr>
        <w:t>代表者役職・氏名：</w:t>
      </w:r>
      <w:r w:rsidRPr="00111C95">
        <w:rPr>
          <w:sz w:val="28"/>
          <w:szCs w:val="28"/>
          <w:lang w:eastAsia="ja-JP"/>
        </w:rPr>
        <w:t xml:space="preserve">　　　　　　　　　　印</w:t>
      </w:r>
    </w:p>
    <w:p w14:paraId="5674B92D" w14:textId="77777777" w:rsidR="00080FEE" w:rsidRDefault="00000000">
      <w:pPr>
        <w:pStyle w:val="a0"/>
        <w:spacing w:after="20"/>
        <w:rPr>
          <w:lang w:eastAsia="ja-JP"/>
        </w:rPr>
      </w:pPr>
      <w:r>
        <w:rPr>
          <w:sz w:val="17"/>
          <w:lang w:eastAsia="ja-JP"/>
        </w:rPr>
        <w:t>入札書に記載する金額は「工事価格（税抜）」とし、本内訳書の税抜合計額と一致させること。</w:t>
      </w:r>
    </w:p>
    <w:p w14:paraId="56F0DBDF" w14:textId="77777777" w:rsidR="00080FEE" w:rsidRDefault="00000000">
      <w:pPr>
        <w:pStyle w:val="a0"/>
        <w:spacing w:after="20"/>
        <w:rPr>
          <w:lang w:eastAsia="ja-JP"/>
        </w:rPr>
      </w:pPr>
      <w:r>
        <w:rPr>
          <w:sz w:val="17"/>
          <w:lang w:eastAsia="ja-JP"/>
        </w:rPr>
        <w:t>単価及び金額には、仕様書・施工範囲図に示す施工に必要な材料費、労務費、運搬費、諸経費その他必要な費用を含めること。</w:t>
      </w:r>
    </w:p>
    <w:p w14:paraId="712FE2C2" w14:textId="77777777" w:rsidR="00080FEE" w:rsidRDefault="00000000">
      <w:pPr>
        <w:pStyle w:val="a0"/>
        <w:spacing w:after="20"/>
        <w:rPr>
          <w:lang w:eastAsia="ja-JP"/>
        </w:rPr>
      </w:pPr>
      <w:r>
        <w:rPr>
          <w:sz w:val="17"/>
          <w:lang w:eastAsia="ja-JP"/>
        </w:rPr>
        <w:t>施工条件に疑義がある場合は、入札前の質問期間内に発注者へ照会すること。</w:t>
      </w:r>
    </w:p>
    <w:sectPr w:rsidR="00080FEE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9DC8B" w14:textId="77777777" w:rsidR="00B514CA" w:rsidRDefault="00B514CA">
      <w:pPr>
        <w:spacing w:after="0" w:line="240" w:lineRule="auto"/>
      </w:pPr>
      <w:r>
        <w:separator/>
      </w:r>
    </w:p>
  </w:endnote>
  <w:endnote w:type="continuationSeparator" w:id="0">
    <w:p w14:paraId="38B1A4D8" w14:textId="77777777" w:rsidR="00B514CA" w:rsidRDefault="00B51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oto Sans CJK JP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93F71" w14:textId="77777777" w:rsidR="007E7155" w:rsidRDefault="007E715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D3280" w14:textId="77777777" w:rsidR="00080FEE" w:rsidRDefault="00000000">
    <w:pPr>
      <w:pStyle w:val="a7"/>
      <w:jc w:val="center"/>
    </w:pPr>
    <w:proofErr w:type="spellStart"/>
    <w:r>
      <w:rPr>
        <w:sz w:val="15"/>
      </w:rPr>
      <w:t>屋上防水改修工事</w:t>
    </w:r>
    <w:proofErr w:type="spellEnd"/>
    <w:r>
      <w:rPr>
        <w:sz w:val="15"/>
      </w:rPr>
      <w:t xml:space="preserve">　</w:t>
    </w:r>
    <w:proofErr w:type="spellStart"/>
    <w:r>
      <w:rPr>
        <w:sz w:val="15"/>
      </w:rPr>
      <w:t>公告配布資料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9857C" w14:textId="77777777" w:rsidR="007E7155" w:rsidRDefault="007E715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BBE41" w14:textId="77777777" w:rsidR="00B514CA" w:rsidRDefault="00B514CA">
      <w:pPr>
        <w:spacing w:after="0" w:line="240" w:lineRule="auto"/>
      </w:pPr>
      <w:r>
        <w:separator/>
      </w:r>
    </w:p>
  </w:footnote>
  <w:footnote w:type="continuationSeparator" w:id="0">
    <w:p w14:paraId="3FB1C9CD" w14:textId="77777777" w:rsidR="00B514CA" w:rsidRDefault="00B51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89EFF" w14:textId="77777777" w:rsidR="007E7155" w:rsidRDefault="007E715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0336B" w14:textId="77777777" w:rsidR="00080FEE" w:rsidRDefault="00000000">
    <w:pPr>
      <w:pStyle w:val="a5"/>
      <w:jc w:val="right"/>
      <w:rPr>
        <w:lang w:eastAsia="ja-JP"/>
      </w:rPr>
    </w:pPr>
    <w:r>
      <w:rPr>
        <w:sz w:val="15"/>
        <w:lang w:eastAsia="ja-JP"/>
      </w:rPr>
      <w:t>社会福祉法人清仁会　特別養護老人ホームやすらぎの里新館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94E25" w14:textId="77777777" w:rsidR="007E7155" w:rsidRDefault="007E715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1215217">
    <w:abstractNumId w:val="8"/>
  </w:num>
  <w:num w:numId="2" w16cid:durableId="1658996105">
    <w:abstractNumId w:val="6"/>
  </w:num>
  <w:num w:numId="3" w16cid:durableId="1308784515">
    <w:abstractNumId w:val="5"/>
  </w:num>
  <w:num w:numId="4" w16cid:durableId="188028299">
    <w:abstractNumId w:val="4"/>
  </w:num>
  <w:num w:numId="5" w16cid:durableId="1902524609">
    <w:abstractNumId w:val="7"/>
  </w:num>
  <w:num w:numId="6" w16cid:durableId="1329400526">
    <w:abstractNumId w:val="3"/>
  </w:num>
  <w:num w:numId="7" w16cid:durableId="581374708">
    <w:abstractNumId w:val="2"/>
  </w:num>
  <w:num w:numId="8" w16cid:durableId="257913030">
    <w:abstractNumId w:val="1"/>
  </w:num>
  <w:num w:numId="9" w16cid:durableId="62148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FEE"/>
    <w:rsid w:val="00111C95"/>
    <w:rsid w:val="0015074B"/>
    <w:rsid w:val="0029639D"/>
    <w:rsid w:val="00326F90"/>
    <w:rsid w:val="0057614F"/>
    <w:rsid w:val="00794D33"/>
    <w:rsid w:val="007E7155"/>
    <w:rsid w:val="00AA1D8D"/>
    <w:rsid w:val="00B47730"/>
    <w:rsid w:val="00B514C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82E531"/>
  <w14:defaultImageDpi w14:val="300"/>
  <w15:docId w15:val="{24262B57-A171-4BC5-817A-664708D43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oto Sans CJK JP" w:eastAsia="Noto Sans CJK JP" w:hAnsi="Noto Sans CJK JP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4484B55-6734-4080-9C0B-1ACB8A21447A}">
  <we:reference id="WA200010725" version="1.0.0.1" store="Omex" storeType="OMEX"/>
  <we:alternateReferences>
    <we:reference id="WA200010725" version="1.0.0.1" store="WA200010725" storeType="OMEX"/>
  </we:alternateReferences>
  <we:properties>
    <we:property name="claude.fileId" value="&quot;9e02df36-4e86-447e-b311-8afa1a7d5436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石川 純</cp:lastModifiedBy>
  <cp:revision>3</cp:revision>
  <cp:lastPrinted>2026-10-06T09:44:00Z</cp:lastPrinted>
  <dcterms:created xsi:type="dcterms:W3CDTF">2013-12-23T23:15:00Z</dcterms:created>
  <dcterms:modified xsi:type="dcterms:W3CDTF">2026-10-06T09:52:00Z</dcterms:modified>
  <cp:category/>
</cp:coreProperties>
</file>